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ובניינים - מכונת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הבניינים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הבניין משנה את משמעות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בנויה מאותן שלוש אותיות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בנויות מאותן שלוש אותיות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הבניין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לבניין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במכונת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 למילים נוספות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באיזה בניין המילה מופיעה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הבניין ואת משמעות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= שלוש אותיות בסיסיות החוזרות במשפחת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משורש כ.ת.ב, ח.ש.ב או כ.נ.ס עם שני בניינים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את הקשר בין מילים ולהרחיב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קודם על הלוח את שבעת הבניינים עם השורש כ.ת.ב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לעבוד בזוגות בחלק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למצוא מילה נוספת מאותו שורש שלא מופיעה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ובניינים - מכונת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העקרון של מכונת השורשים: שורש אחד יכול להופיע בשבעה בניינים שונים, וכל בניין נותן למילה משמעות קצת אחרת. נתרגל עם השורשים כ.ת.ב, ח.ש.ב ו-כ.נ.ס.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כיתב  ·  כ.ת.ב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המשותף למילים כתב, הכתיב, התכתב?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כ.ת.ה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ת.ב.כ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בניין המילה נכתב?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כ.ת.ב מופיע במילה התכתב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קשר בין השורש כ.נ.ס למילה נכנס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הבניין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כתב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בבניין פיעל, מהשורש כ.ת.ב, המילה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לבניין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פיעל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במכונת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 למילים נוספות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הבניין ואת משמעות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באיזה בניין המילה מופיעה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בבניין פעל ואחת בבניין נפעל מאותו שורש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ובניינים - מכונת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