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ובניינים - מכונת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הבניינים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הבניין משנה את משמעות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ח.ש.ב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בנויה מאותן שלוש אותיות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כיתב הוא בניין פיעל, הכתיב הוא בניין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נפעל מבטא פעולה שנעשתה למישהו ולא נעשית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בנויות מאותן שלוש אותיות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הבניין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כ.נ.ס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לבניין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במכונת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אותיות שחוזרות גם במילים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למילים נוספות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השורש, בדרך כלל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באיזה בניין המילה מופיעה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כתבו את הבניין ואת משמעות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המילים נבנו מאותו שורש כ.ת.ב, אבל בבניינים שונים. הבניין משנה את הפעולה - מי עושה אותה, למי, ואיך - אבל המשמעות הבסיסית של כתיבה נשארת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= שלוש אותיות בסיסיות החוזרות במשפחת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משורש כ.ת.ב, ח.ש.ב או כ.נ.ס עם שני בניינים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את הקשר בין מילים ולהרחיב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קודם על הלוח את שבעת הבניינים עם השורש כ.ת.ב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לעבוד בזוגות בחלק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למצוא מילה נוספת מאותו שורש שלא מופיעה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ובניינים - מכונת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העקרון של מכונת השורשים: שורש אחד יכול להופיע בשבעה בניינים שונים, וכל בניין נותן למילה משמעות קצת אחרת. נתרגל עם השורשים כ.ת.ב, ח.ש.ב ו-כ.נ.ס.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המשותף למילים כתב, הכתיב, התכתב?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ת.ב.כ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כ.נ.ס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המילה הכתיב?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בניין המילה נכתב?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בניין המילה התכתב?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ח.ש.ב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ח.ש.ק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ש.ח.ב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ח.ב.ש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כ.ת.ב מופיע במילה התכתב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כיתב והכתיב הן באותו בניין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הפועל הוא לרוב בסביל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קשר בין השורש כ.נ.ס למילה נכנס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הבניין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כתב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הפעיל, מהשורש כ.ת.ב, המילה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בבניין פיעל, מהשורש כ.ת.ב, המילה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נכנס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בבניין נפעל, מהשורש כ.ת.ב, המילה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לבניין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במכונת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הבניין ואת משמעות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למילים נוספות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אותיות שחוזרות גם במילים אחרות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באיזה בניין המילה מופיעה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השורש, בדרך כלל שלוש אותיות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המילה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המילים כתב, הכתיב והתכתב קשורות זו לזו למרות שהן נשמעות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בבניין פעל ואחת בבניין נפעל מאותו שורש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לזהות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ובניינים - מכונת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